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F9" w:rsidRDefault="0062419E">
      <w:pPr>
        <w:pStyle w:val="Nadpis1"/>
      </w:pPr>
      <w:bookmarkStart w:id="0" w:name="_GoBack"/>
      <w:bookmarkEnd w:id="0"/>
      <w:r>
        <w:t>Plantara Studio – Reklamační řád</w:t>
      </w:r>
    </w:p>
    <w:p w:rsidR="004A3DF9" w:rsidRDefault="0062419E">
      <w:pPr>
        <w:pStyle w:val="Nadpis2"/>
      </w:pPr>
      <w:r>
        <w:t>Předmět</w:t>
      </w:r>
    </w:p>
    <w:p w:rsidR="004A3DF9" w:rsidRDefault="0062419E">
      <w:r>
        <w:t>Reklamace poskytovaných služeb.</w:t>
      </w:r>
    </w:p>
    <w:p w:rsidR="004A3DF9" w:rsidRDefault="0062419E">
      <w:pPr>
        <w:pStyle w:val="Nadpis2"/>
      </w:pPr>
      <w:r>
        <w:t>Uplatnění</w:t>
      </w:r>
    </w:p>
    <w:p w:rsidR="004A3DF9" w:rsidRDefault="0062419E">
      <w:r>
        <w:t>Reklamaci doporučujeme uplatnit bez zbytečného odkladu, nejlépe ihned po poskytnutí služby.</w:t>
      </w:r>
    </w:p>
    <w:p w:rsidR="004A3DF9" w:rsidRDefault="0062419E">
      <w:pPr>
        <w:pStyle w:val="Nadpis2"/>
      </w:pPr>
      <w:r>
        <w:t>Vyřízení</w:t>
      </w:r>
    </w:p>
    <w:p w:rsidR="004A3DF9" w:rsidRDefault="0062419E">
      <w:r>
        <w:t xml:space="preserve">Reklamace bude vyřízena bez zbytečného odkladu, nejpozději do 30 dnů, </w:t>
      </w:r>
      <w:r>
        <w:t>pokud se strany nedohodnou jinak.</w:t>
      </w:r>
    </w:p>
    <w:p w:rsidR="004A3DF9" w:rsidRDefault="0062419E">
      <w:pPr>
        <w:pStyle w:val="Nadpis2"/>
      </w:pPr>
      <w:r>
        <w:t>Možnosti</w:t>
      </w:r>
    </w:p>
    <w:p w:rsidR="004A3DF9" w:rsidRDefault="0062419E">
      <w:r>
        <w:t>Přiměřená sleva, opakování služby nebo vrácení ceny dle povahy reklamace a právních předpisů.</w:t>
      </w:r>
    </w:p>
    <w:p w:rsidR="004A3DF9" w:rsidRDefault="0062419E">
      <w:pPr>
        <w:pStyle w:val="Nadpis2"/>
      </w:pPr>
      <w:r>
        <w:t>Kontakt</w:t>
      </w:r>
    </w:p>
    <w:p w:rsidR="004A3DF9" w:rsidRDefault="0062419E">
      <w:r>
        <w:t>Plantara Studio, Jana Procházková, DiS., Nová 4, Kostice, tel. 608080805, jprochazkova@centrum.cz</w:t>
      </w:r>
    </w:p>
    <w:sectPr w:rsidR="004A3D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3DF9"/>
    <w:rsid w:val="006241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4A3C0D-EE15-41D6-B3FD-410B2DB0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Radek</cp:lastModifiedBy>
  <cp:revision>2</cp:revision>
  <dcterms:created xsi:type="dcterms:W3CDTF">2026-07-01T21:55:00Z</dcterms:created>
  <dcterms:modified xsi:type="dcterms:W3CDTF">2026-07-01T21:55:00Z</dcterms:modified>
</cp:coreProperties>
</file>