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Plantara Studio</w:t>
        <w:br/>
        <w:t>Zásady zpracování osobních údajů (GDPR)</w:t>
      </w:r>
    </w:p>
    <w:p>
      <w:r>
        <w:rPr>
          <w:b/>
        </w:rPr>
        <w:t>Správce osobních údajů</w:t>
        <w:br/>
      </w:r>
      <w:r>
        <w:t>Jana Procházková, DiS.</w:t>
        <w:br/>
        <w:t>IČO: 09314377</w:t>
        <w:br/>
        <w:t>Sídlo: Nová 206/12, 691 52 Kostice</w:t>
        <w:br/>
        <w:t>Provozovna: Nová 4, 691 52 Kostice</w:t>
        <w:br/>
        <w:t>Telefon: 608 080 805</w:t>
        <w:br/>
        <w:t>E-mail: jprochazkova@centrum.cz</w:t>
        <w:br/>
        <w:t>Web: www.plantarastudio.cz</w:t>
        <w:br/>
        <w:br/>
      </w:r>
    </w:p>
    <w:p>
      <w:pPr>
        <w:pStyle w:val="Heading2"/>
      </w:pPr>
      <w:r>
        <w:t>1. Jaké údaje zpracováváme</w:t>
      </w:r>
    </w:p>
    <w:p>
      <w:r>
        <w:t>Jméno, příjmení, telefon, e-mail, údaje o rezervaci, případně zdravotní informace sdělené klientem v rozsahu nezbytném pro bezpečné poskytnutí masážních a podologických služeb.</w:t>
      </w:r>
    </w:p>
    <w:p>
      <w:pPr>
        <w:pStyle w:val="Heading2"/>
      </w:pPr>
      <w:r>
        <w:t>2. Účel zpracování</w:t>
      </w:r>
    </w:p>
    <w:p>
      <w:r>
        <w:t>- rezervace termínů</w:t>
        <w:br/>
        <w:t>- poskytování masážních a podologických služeb</w:t>
        <w:br/>
        <w:t>- vedení klientské dokumentace</w:t>
        <w:br/>
        <w:t>- plnění zákonných povinností</w:t>
        <w:br/>
        <w:t>- komunikace s klienty</w:t>
      </w:r>
    </w:p>
    <w:p>
      <w:pPr>
        <w:pStyle w:val="Heading2"/>
      </w:pPr>
      <w:r>
        <w:t>3. Doba uchování</w:t>
      </w:r>
    </w:p>
    <w:p>
      <w:r>
        <w:t>Osobní údaje uchováváme po dobu trvání smluvního vztahu a následně po dobu nezbytnou dle právních předpisů nebo nejdéle 5 let od poslední návštěvy, pokud zvláštní předpis nestanoví jinak.</w:t>
      </w:r>
    </w:p>
    <w:p>
      <w:pPr>
        <w:pStyle w:val="Heading2"/>
      </w:pPr>
      <w:r>
        <w:t>4. Práva klienta</w:t>
      </w:r>
    </w:p>
    <w:p>
      <w:r>
        <w:t>Máte právo na přístup ke svým údajům, jejich opravu, výmaz, omezení zpracování, přenositelnost údajů, podat námitku a obrátit se na Úřad pro ochranu osobních údajů.</w:t>
      </w:r>
    </w:p>
    <w:p>
      <w:pPr>
        <w:pStyle w:val="Heading2"/>
      </w:pPr>
      <w:r>
        <w:t>5. Kontakt</w:t>
      </w:r>
    </w:p>
    <w:p>
      <w:r>
        <w:t>Dotazy ke zpracování osobních údajů zasílejte na e-mail: jprochazkova@centrum.cz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